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-31115</wp:posOffset>
            </wp:positionV>
            <wp:extent cx="1035050" cy="11995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7" t="-91" r="-117" b="-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540" w:end="0"/>
        <w:jc w:val="center"/>
        <w:rPr>
          <w:rFonts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56"/>
          <w:szCs w:val="5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56"/>
          <w:szCs w:val="56"/>
          <w:u w:val="none"/>
          <w:shd w:fill="auto" w:val="clear"/>
          <w:vertAlign w:val="baseline"/>
        </w:rPr>
        <w:t>COMUNE DI QUARTO</w:t>
      </w:r>
    </w:p>
    <w:p>
      <w:pPr>
        <w:pStyle w:val="normal1"/>
        <w:keepNext w:val="false"/>
        <w:keepLines w:val="false"/>
        <w:pageBreakBefore w:val="false"/>
        <w:widowControl/>
        <w:tabs>
          <w:tab w:val="clear" w:pos="720"/>
          <w:tab w:val="center" w:pos="4819" w:leader="none"/>
          <w:tab w:val="right" w:pos="9638" w:leader="none"/>
        </w:tabs>
        <w:spacing w:lineRule="auto" w:line="240" w:before="0" w:after="0"/>
        <w:ind w:hanging="0" w:start="567" w:end="0"/>
        <w:jc w:val="start"/>
        <w:rPr>
          <w:rFonts w:ascii="Times New Roman" w:hAnsi="Times New Roman"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10"/>
          <w:szCs w:val="10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smallCaps/>
          <w:strike w:val="false"/>
          <w:dstrike w:val="false"/>
          <w:color w:val="000000"/>
          <w:position w:val="0"/>
          <w:sz w:val="10"/>
          <w:szCs w:val="1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/>
        <w:tabs>
          <w:tab w:val="clear" w:pos="720"/>
          <w:tab w:val="left" w:pos="3101" w:leader="none"/>
          <w:tab w:val="center" w:pos="4819" w:leader="none"/>
          <w:tab w:val="right" w:pos="9638" w:leader="none"/>
        </w:tabs>
        <w:spacing w:lineRule="auto" w:line="240" w:before="0" w:after="0"/>
        <w:ind w:hanging="0" w:start="567" w:end="0"/>
        <w:jc w:val="center"/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  <w:lang w:val="it-IT"/>
        </w:rPr>
        <w:t>CITTÀ METROPOLITANA DI NAPOLI</w:t>
      </w:r>
    </w:p>
    <w:p>
      <w:pPr>
        <w:pStyle w:val="normal1"/>
        <w:widowControl/>
        <w:tabs>
          <w:tab w:val="clear" w:pos="720"/>
          <w:tab w:val="left" w:pos="3101" w:leader="none"/>
          <w:tab w:val="center" w:pos="4819" w:leader="none"/>
          <w:tab w:val="right" w:pos="9638" w:leader="none"/>
        </w:tabs>
        <w:spacing w:lineRule="auto" w:line="240" w:before="0" w:after="0"/>
        <w:ind w:hanging="0" w:start="567" w:end="0"/>
        <w:jc w:val="center"/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  <w:lang w:val="it-IT"/>
        </w:rPr>
      </w:r>
    </w:p>
    <w:p>
      <w:pPr>
        <w:pStyle w:val="normal1"/>
        <w:widowControl/>
        <w:tabs>
          <w:tab w:val="clear" w:pos="720"/>
          <w:tab w:val="left" w:pos="3101" w:leader="none"/>
          <w:tab w:val="center" w:pos="4819" w:leader="none"/>
          <w:tab w:val="right" w:pos="9638" w:leader="none"/>
        </w:tabs>
        <w:spacing w:lineRule="auto" w:line="240" w:before="0" w:after="0"/>
        <w:ind w:hanging="0" w:start="567" w:end="0"/>
        <w:jc w:val="center"/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  <w:lang w:val="it-IT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>ALLEGATO B</w:t>
      </w:r>
      <w:bookmarkStart w:id="0" w:name="_GoBack"/>
      <w:bookmarkEnd w:id="0"/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 – DICHIARAZIONE DI PARTECIPAZIONE IN FORMA AGGREGATA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>Avviso pubblico di co-progettazione SAI MSNA – FAMI 2021-2027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  <w:t>Da compilare in caso di partecipazione di più Enti del Terzo Settore in forma aggregata.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>1. SOGGETTO CAPOFILA / REFERENTE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Denominazione: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C.F./P.IVA: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Sede: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RUNTS / estremi: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Legale rappresentante: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PEC: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 xml:space="preserve">E-mail/telefono: </w:t>
      </w:r>
      <w:r>
        <w:rPr>
          <w:rFonts w:cs="Times New Roman" w:ascii="Times New Roman" w:hAnsi="Times New Roman"/>
          <w:sz w:val="24"/>
          <w:szCs w:val="24"/>
          <w:lang w:val="it-IT"/>
        </w:rPr>
        <w:t>____________________________________________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b/>
          <w:sz w:val="24"/>
          <w:szCs w:val="24"/>
          <w:lang w:val="it-IT"/>
        </w:rPr>
        <w:t>2. COMPONENTI DELL’AGGREGAZIONE</w:t>
      </w:r>
    </w:p>
    <w:tbl>
      <w:tblPr>
        <w:tblStyle w:val="Grigliatabella"/>
        <w:tblW w:w="974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949"/>
        <w:gridCol w:w="1949"/>
        <w:gridCol w:w="1949"/>
        <w:gridCol w:w="1949"/>
        <w:gridCol w:w="1950"/>
      </w:tblGrid>
      <w:tr>
        <w:trPr/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ETS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C.F.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RUNTS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Ruolo/attività</w:t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Quota/ambito di responsabilità</w:t>
            </w:r>
          </w:p>
        </w:tc>
      </w:tr>
      <w:tr>
        <w:trPr/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DICHIARAZIONE CONGIUNTA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Segoe UI Symbol" w:ascii="Segoe UI Symbol" w:hAnsi="Segoe UI Symbol"/>
          <w:sz w:val="24"/>
          <w:szCs w:val="24"/>
          <w:lang w:val="it-IT"/>
        </w:rPr>
        <w:t>☐</w:t>
      </w:r>
      <w:r>
        <w:rPr>
          <w:rFonts w:cs="Times New Roman" w:ascii="Times New Roman" w:hAnsi="Times New Roman"/>
          <w:sz w:val="24"/>
          <w:szCs w:val="24"/>
          <w:lang w:val="it-I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it-IT"/>
        </w:rPr>
        <w:t>di voler partecipare congiuntamente alla procedura di co-progettazione indicata in oggetto;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Segoe UI Symbol" w:ascii="Segoe UI Symbol" w:hAnsi="Segoe UI Symbol"/>
          <w:sz w:val="24"/>
          <w:szCs w:val="24"/>
          <w:lang w:val="it-IT"/>
        </w:rPr>
        <w:t>☐</w:t>
      </w:r>
      <w:r>
        <w:rPr>
          <w:rFonts w:cs="Times New Roman" w:ascii="Times New Roman" w:hAnsi="Times New Roman"/>
          <w:sz w:val="24"/>
          <w:szCs w:val="24"/>
          <w:lang w:val="it-I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it-IT"/>
        </w:rPr>
        <w:t>di individuare quale capofila/referente il soggetto sopra indicato, autorizzandolo alle interlocuzioni procedimentali con il Comune, fermo restando quanto richiesto per la sottoscrizione degli atti;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Segoe UI Symbol" w:ascii="Segoe UI Symbol" w:hAnsi="Segoe UI Symbol"/>
          <w:sz w:val="24"/>
          <w:szCs w:val="24"/>
          <w:lang w:val="it-IT"/>
        </w:rPr>
        <w:t>☐</w:t>
      </w:r>
      <w:r>
        <w:rPr>
          <w:rFonts w:cs="Times New Roman" w:ascii="Times New Roman" w:hAnsi="Times New Roman"/>
          <w:sz w:val="24"/>
          <w:szCs w:val="24"/>
          <w:lang w:val="it-I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it-IT"/>
        </w:rPr>
        <w:t>di aver definito la ripartizione dei ruoli e delle attività come indicato nella presente dichiarazione e nella proposta progettuale;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Segoe UI Symbol" w:ascii="Segoe UI Symbol" w:hAnsi="Segoe UI Symbol"/>
          <w:sz w:val="24"/>
          <w:szCs w:val="24"/>
          <w:lang w:val="it-IT"/>
        </w:rPr>
        <w:t>☐</w:t>
      </w:r>
      <w:r>
        <w:rPr>
          <w:rFonts w:cs="Times New Roman" w:ascii="Times New Roman" w:hAnsi="Times New Roman"/>
          <w:sz w:val="24"/>
          <w:szCs w:val="24"/>
          <w:lang w:val="it-I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it-IT"/>
        </w:rPr>
        <w:t>di impegnarsi, in caso di selezione, a partecipare congiuntamente al tavolo di co-progettazione e a formalizzare la forma aggregata secondo quanto richiesto dal Comune e dalla normativa applicabile;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Segoe UI Symbol" w:ascii="Segoe UI Symbol" w:hAnsi="Segoe UI Symbol"/>
          <w:sz w:val="24"/>
          <w:szCs w:val="24"/>
          <w:lang w:val="it-IT"/>
        </w:rPr>
        <w:t>☐</w:t>
      </w:r>
      <w:r>
        <w:rPr>
          <w:rFonts w:cs="Times New Roman" w:ascii="Times New Roman" w:hAnsi="Times New Roman"/>
          <w:sz w:val="24"/>
          <w:szCs w:val="24"/>
          <w:lang w:val="it-I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it-IT"/>
        </w:rPr>
        <w:t>di essere consapevoli che la composizione dell’aggregazione e la ripartizione delle attività non potranno essere modificate senza preventiva autorizzazione del Comune e nel rispetto della disciplina applicabile;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Segoe UI Symbol" w:ascii="Segoe UI Symbol" w:hAnsi="Segoe UI Symbol"/>
          <w:sz w:val="24"/>
          <w:szCs w:val="24"/>
          <w:lang w:val="it-IT"/>
        </w:rPr>
        <w:t>☐</w:t>
      </w:r>
      <w:r>
        <w:rPr>
          <w:rFonts w:cs="Times New Roman" w:ascii="Times New Roman" w:hAnsi="Times New Roman"/>
          <w:sz w:val="24"/>
          <w:szCs w:val="24"/>
          <w:lang w:val="it-IT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it-IT"/>
        </w:rPr>
        <w:t>che ciascun componente possiede i requisiti richiesti dall’Avviso per quanto di propria competenza e che i requisiti non frazionabili sono posseduti dal soggetto cui sono riferiti.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SOTTOSCRIZIONI</w:t>
      </w:r>
    </w:p>
    <w:tbl>
      <w:tblPr>
        <w:tblStyle w:val="Grigliatabella"/>
        <w:tblW w:w="974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249"/>
        <w:gridCol w:w="3249"/>
        <w:gridCol w:w="3249"/>
      </w:tblGrid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ETS</w:t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Legale rappresentante</w:t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Firma digitale</w:t>
            </w:r>
          </w:p>
        </w:tc>
      </w:tr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2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ＭＳ 明朝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Luogo e data ______________________________</w:t>
      </w:r>
    </w:p>
    <w:sectPr>
      <w:type w:val="nextPage"/>
      <w:pgSz w:w="12240" w:h="15840"/>
      <w:pgMar w:left="1247" w:right="124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egoe UI Symbo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Arial" w:hAnsi="Arial" w:eastAsia="ＭＳ 明朝" w:cs="" w:cstheme="minorBidi" w:eastAsiaTheme="minorEastAsia"/>
      <w:color w:val="auto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IntestazioneCarattere" w:customStyle="1">
    <w:name w:val="Intestazione Carattere"/>
    <w:basedOn w:val="DefaultParagraphFont"/>
    <w:uiPriority w:val="99"/>
    <w:rsid w:val="00e618bf"/>
    <w:rPr/>
  </w:style>
  <w:style w:type="character" w:styleId="PidipaginaCarattere" w:customStyle="1">
    <w:name w:val="Piè di pagina Carattere"/>
    <w:basedOn w:val="DefaultParagraphFont"/>
    <w:uiPriority w:val="99"/>
    <w:rsid w:val="00e618bf"/>
    <w:rPr/>
  </w:style>
  <w:style w:type="character" w:styleId="Titolo1Carattere" w:customStyle="1">
    <w:name w:val="Titolo 1 Carattere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stomacroCarattere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1">
    <w:name w:val="normal1"/>
    <w:pPr>
      <w:widowControl/>
      <w:suppressAutoHyphens w:val="true"/>
      <w:bidi w:val="0"/>
      <w:spacing w:lineRule="auto" w:line="276" w:before="0" w:after="0"/>
      <w:jc w:val="start"/>
    </w:pPr>
    <w:rPr>
      <w:rFonts w:ascii="Times New Roman" w:hAnsi="Times New Roman" w:eastAsia="NSimSun" w:cs="Arial"/>
      <w:color w:val="auto"/>
      <w:kern w:val="0"/>
      <w:sz w:val="24"/>
      <w:szCs w:val="24"/>
      <w:lang w:val="it-IT" w:eastAsia="zh-CN" w:bidi="hi-IN"/>
    </w:rPr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191F10-33E2-4DB5-95C0-DFBFB9BA1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LibreOffice/26.8.1.1$Windows_X86_64 LibreOffice_project/bf6ef2662401c7d6dce671ab4deb26ee0af3a7c1</Application>
  <AppVersion>15.0000</AppVersion>
  <Pages>2</Pages>
  <Words>225</Words>
  <Characters>1729</Characters>
  <CharactersWithSpaces>1925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it-IT</dc:language>
  <cp:lastModifiedBy/>
  <dcterms:modified xsi:type="dcterms:W3CDTF">2026-10-27T14:12:49Z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